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B7D" w:rsidRDefault="009B72EC">
      <w:pPr>
        <w:autoSpaceDE w:val="0"/>
        <w:autoSpaceDN w:val="0"/>
        <w:spacing w:after="332" w:line="220" w:lineRule="exact"/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4120" cy="1069256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4120" cy="10692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5B7D" w:rsidRPr="00064A60" w:rsidRDefault="00E91601" w:rsidP="00064A60">
      <w:pPr>
        <w:tabs>
          <w:tab w:val="left" w:pos="5524"/>
          <w:tab w:val="left" w:pos="5570"/>
          <w:tab w:val="left" w:pos="6492"/>
          <w:tab w:val="left" w:pos="6544"/>
          <w:tab w:val="left" w:pos="6684"/>
        </w:tabs>
        <w:autoSpaceDE w:val="0"/>
        <w:autoSpaceDN w:val="0"/>
        <w:spacing w:before="14" w:after="0" w:line="234" w:lineRule="exact"/>
        <w:ind w:left="5496" w:right="432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-149225</wp:posOffset>
                </wp:positionH>
                <wp:positionV relativeFrom="paragraph">
                  <wp:posOffset>125730</wp:posOffset>
                </wp:positionV>
                <wp:extent cx="2611755" cy="1336675"/>
                <wp:effectExtent l="12700" t="7620" r="13970" b="825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1755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F06" w:rsidRDefault="008E1F06">
                            <w:pP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</w:p>
                          <w:p w:rsidR="008E1F06" w:rsidRDefault="008E1F06">
                            <w:pP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 w:rsidRPr="008E1F06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Регистрационный №__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_____________</w:t>
                            </w:r>
                          </w:p>
                          <w:p w:rsidR="008E1F06" w:rsidRPr="008E1F06" w:rsidRDefault="008E1F06">
                            <w:pP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от «___»________________20_____г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11.75pt;margin-top:9.9pt;width:205.65pt;height:10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">
                <v:textbox>
                  <w:txbxContent>
                    <w:p w:rsidR="008E1F06" w:rsidRDefault="008E1F06">
                      <w:pPr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</w:p>
                    <w:p w:rsidR="008E1F06" w:rsidRDefault="008E1F06">
                      <w:pPr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 w:rsidRPr="008E1F06">
                        <w:rPr>
                          <w:rFonts w:ascii="Times New Roman" w:hAnsi="Times New Roman" w:cs="Times New Roman"/>
                          <w:lang w:val="ru-RU"/>
                        </w:rPr>
                        <w:t>Регистрационный №__</w:t>
                      </w: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>_____________</w:t>
                      </w:r>
                    </w:p>
                    <w:p w:rsidR="008E1F06" w:rsidRPr="008E1F06" w:rsidRDefault="008E1F06">
                      <w:pPr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>от «___»________________20_____г</w:t>
                      </w:r>
                    </w:p>
                  </w:txbxContent>
                </v:textbox>
              </v:rect>
            </w:pict>
          </mc:Fallback>
        </mc:AlternateContent>
      </w:r>
      <w:r w:rsidR="00064A60" w:rsidRPr="00E91601">
        <w:rPr>
          <w:lang w:val="ru-RU"/>
        </w:rPr>
        <w:tab/>
      </w:r>
      <w:r w:rsidR="009B72EC" w:rsidRPr="00E91601">
        <w:rPr>
          <w:lang w:val="ru-RU"/>
        </w:rPr>
        <w:tab/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Директору МОБУ </w:t>
      </w:r>
      <w:r w:rsid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лицей с.Булгаково</w:t>
      </w:r>
      <w:r w:rsidR="00064A60">
        <w:rPr>
          <w:lang w:val="ru-RU"/>
        </w:rPr>
        <w:br/>
      </w:r>
      <w:r w:rsidR="00064A60">
        <w:rPr>
          <w:lang w:val="ru-RU"/>
        </w:rPr>
        <w:tab/>
        <w:t xml:space="preserve"> </w:t>
      </w:r>
      <w:r w:rsid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Наталье Александровне Полищук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</w:t>
      </w:r>
      <w:r w:rsidR="009B72EC" w:rsidRPr="00064A60">
        <w:rPr>
          <w:lang w:val="ru-RU"/>
        </w:rPr>
        <w:br/>
      </w:r>
      <w:r w:rsid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______________________________________</w:t>
      </w:r>
      <w:r w:rsid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 </w:t>
      </w:r>
      <w:r w:rsidR="009B72EC" w:rsidRPr="00064A60">
        <w:rPr>
          <w:lang w:val="ru-RU"/>
        </w:rPr>
        <w:br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064A60">
        <w:rPr>
          <w:rFonts w:ascii="Times New Roman" w:eastAsia="Times New Roman" w:hAnsi="Times New Roman"/>
          <w:color w:val="000009"/>
          <w:spacing w:val="-10"/>
          <w:sz w:val="16"/>
          <w:szCs w:val="16"/>
          <w:lang w:val="ru-RU"/>
        </w:rPr>
        <w:t xml:space="preserve">     (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16"/>
          <w:szCs w:val="16"/>
          <w:lang w:val="ru-RU"/>
        </w:rPr>
        <w:t>фамилия, имя, отчество родителей</w:t>
      </w:r>
      <w:r w:rsidR="00064A60">
        <w:rPr>
          <w:rFonts w:ascii="Times New Roman" w:eastAsia="Times New Roman" w:hAnsi="Times New Roman"/>
          <w:color w:val="000009"/>
          <w:spacing w:val="-10"/>
          <w:sz w:val="16"/>
          <w:szCs w:val="16"/>
          <w:lang w:val="ru-RU"/>
        </w:rPr>
        <w:t>)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</w:t>
      </w:r>
      <w:r w:rsidR="009B72EC" w:rsidRPr="00064A60">
        <w:rPr>
          <w:lang w:val="ru-RU"/>
        </w:rPr>
        <w:br/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___________________________</w:t>
      </w:r>
      <w:r w:rsid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</w:t>
      </w:r>
      <w:r w:rsid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________ </w:t>
      </w:r>
      <w:r w:rsidR="009B72EC" w:rsidRPr="00064A60">
        <w:rPr>
          <w:lang w:val="ru-RU"/>
        </w:rPr>
        <w:br/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Адрес   места   жительства  и (или)  адрес  места </w:t>
      </w:r>
    </w:p>
    <w:p w:rsidR="00A15B7D" w:rsidRPr="00064A60" w:rsidRDefault="00064A60" w:rsidP="00064A60">
      <w:pPr>
        <w:tabs>
          <w:tab w:val="left" w:pos="5670"/>
        </w:tabs>
        <w:autoSpaceDE w:val="0"/>
        <w:autoSpaceDN w:val="0"/>
        <w:spacing w:after="0" w:line="208" w:lineRule="exact"/>
        <w:ind w:right="530"/>
        <w:jc w:val="center"/>
        <w:rPr>
          <w:lang w:val="ru-RU"/>
        </w:rPr>
      </w:pP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                                                                                                                  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пребывания       родителя (ей)      (законного(ых) </w:t>
      </w:r>
    </w:p>
    <w:p w:rsidR="00A15B7D" w:rsidRPr="00064A60" w:rsidRDefault="00064A60" w:rsidP="00064A60">
      <w:pPr>
        <w:tabs>
          <w:tab w:val="left" w:pos="5400"/>
          <w:tab w:val="left" w:pos="5418"/>
          <w:tab w:val="left" w:pos="5422"/>
          <w:tab w:val="left" w:pos="5468"/>
          <w:tab w:val="left" w:pos="5524"/>
          <w:tab w:val="left" w:pos="5552"/>
          <w:tab w:val="left" w:pos="6296"/>
          <w:tab w:val="left" w:pos="7780"/>
        </w:tabs>
        <w:autoSpaceDE w:val="0"/>
        <w:autoSpaceDN w:val="0"/>
        <w:spacing w:before="4" w:after="0" w:line="232" w:lineRule="exact"/>
        <w:ind w:left="5348" w:right="132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представителя(ей) ребенка___________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_____ </w:t>
      </w:r>
      <w:r w:rsidR="009B72EC" w:rsidRPr="00064A60">
        <w:rPr>
          <w:lang w:val="ru-RU"/>
        </w:rPr>
        <w:br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_________________________________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________ </w:t>
      </w:r>
      <w:r w:rsidR="009B72EC" w:rsidRPr="00064A60">
        <w:rPr>
          <w:lang w:val="ru-RU"/>
        </w:rPr>
        <w:br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_____________________________________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____ </w:t>
      </w:r>
      <w:r>
        <w:rPr>
          <w:lang w:val="ru-RU"/>
        </w:rPr>
        <w:br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Адрес места жительства и адрес места           </w:t>
      </w:r>
      <w:r w:rsidR="009B72EC" w:rsidRPr="00064A60">
        <w:rPr>
          <w:lang w:val="ru-RU"/>
        </w:rPr>
        <w:br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пребывания ребенка: </w:t>
      </w:r>
      <w:r w:rsidR="009B72EC" w:rsidRPr="00064A60">
        <w:rPr>
          <w:lang w:val="ru-RU"/>
        </w:rPr>
        <w:br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_____________________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_________________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___ </w:t>
      </w:r>
      <w:r w:rsidR="009B72EC" w:rsidRPr="00064A60">
        <w:rPr>
          <w:lang w:val="ru-RU"/>
        </w:rPr>
        <w:br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____________________________________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____ </w:t>
      </w:r>
      <w:r w:rsidR="009B72EC" w:rsidRPr="00064A60">
        <w:rPr>
          <w:lang w:val="ru-RU"/>
        </w:rPr>
        <w:br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___________________________________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 </w:t>
      </w:r>
      <w:r w:rsidR="009B72EC" w:rsidRPr="00064A60">
        <w:rPr>
          <w:lang w:val="ru-RU"/>
        </w:rPr>
        <w:br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____________________________________</w:t>
      </w:r>
      <w:r w:rsidR="009B72EC" w:rsidRPr="00064A60">
        <w:rPr>
          <w:lang w:val="ru-RU"/>
        </w:rPr>
        <w:br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Адрес(а) электронной почты  _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____________ </w:t>
      </w:r>
      <w:r w:rsidR="009B72EC" w:rsidRPr="00064A60">
        <w:rPr>
          <w:lang w:val="ru-RU"/>
        </w:rPr>
        <w:br/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  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_______________________________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__ </w:t>
      </w:r>
      <w:r w:rsidR="009B72EC" w:rsidRPr="00064A60">
        <w:rPr>
          <w:lang w:val="ru-RU"/>
        </w:rPr>
        <w:br/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 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Контактный       телефон    родителей   (законных  </w:t>
      </w:r>
      <w:r w:rsidR="009B72EC" w:rsidRPr="00064A60">
        <w:rPr>
          <w:lang w:val="ru-RU"/>
        </w:rPr>
        <w:br/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  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представителей) ребенка  ____________________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</w:t>
      </w:r>
      <w:r w:rsidR="009B72EC" w:rsidRPr="00064A60">
        <w:rPr>
          <w:lang w:val="ru-RU"/>
        </w:rPr>
        <w:br/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  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дом.тел.___________________________________ </w:t>
      </w:r>
      <w:r w:rsidR="009B72EC" w:rsidRPr="00064A60">
        <w:rPr>
          <w:lang w:val="ru-RU"/>
        </w:rPr>
        <w:br/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  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моб.тел.___________________________________ </w:t>
      </w:r>
      <w:r w:rsidR="009B72EC" w:rsidRPr="00064A60">
        <w:rPr>
          <w:lang w:val="ru-RU"/>
        </w:rPr>
        <w:br/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 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рабочий тел._______________________________ </w:t>
      </w:r>
    </w:p>
    <w:p w:rsidR="00A15B7D" w:rsidRPr="00064A60" w:rsidRDefault="009B72EC">
      <w:pPr>
        <w:autoSpaceDE w:val="0"/>
        <w:autoSpaceDN w:val="0"/>
        <w:spacing w:before="198" w:after="0" w:line="276" w:lineRule="exact"/>
        <w:ind w:right="4578"/>
        <w:jc w:val="right"/>
        <w:rPr>
          <w:lang w:val="ru-RU"/>
        </w:rPr>
      </w:pPr>
      <w:r w:rsidRPr="00064A60">
        <w:rPr>
          <w:rFonts w:ascii="Times New Roman,Bold" w:eastAsia="Times New Roman,Bold" w:hAnsi="Times New Roman,Bold"/>
          <w:b/>
          <w:color w:val="000009"/>
          <w:spacing w:val="-10"/>
          <w:sz w:val="20"/>
          <w:lang w:val="ru-RU"/>
        </w:rPr>
        <w:t xml:space="preserve">ЗАЯВЛЕНИЕ </w:t>
      </w:r>
    </w:p>
    <w:p w:rsidR="00A15B7D" w:rsidRPr="00064A60" w:rsidRDefault="009B72EC">
      <w:pPr>
        <w:autoSpaceDE w:val="0"/>
        <w:autoSpaceDN w:val="0"/>
        <w:spacing w:before="178" w:after="0" w:line="234" w:lineRule="exact"/>
        <w:ind w:left="262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Прошу зачислить мою дочь/моего сына__________________________________________________</w:t>
      </w:r>
      <w:r w:rsid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______________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______, </w:t>
      </w:r>
    </w:p>
    <w:p w:rsidR="00A15B7D" w:rsidRPr="00064A60" w:rsidRDefault="009B72EC">
      <w:pPr>
        <w:autoSpaceDE w:val="0"/>
        <w:autoSpaceDN w:val="0"/>
        <w:spacing w:after="0" w:line="152" w:lineRule="exact"/>
        <w:ind w:left="2052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(нужное подчеркнуть)                                         (Фамилия, Имя, Отчество ребенка) </w:t>
      </w:r>
    </w:p>
    <w:p w:rsidR="00A15B7D" w:rsidRPr="00064A60" w:rsidRDefault="009B72EC">
      <w:pPr>
        <w:autoSpaceDE w:val="0"/>
        <w:autoSpaceDN w:val="0"/>
        <w:spacing w:before="76" w:after="0" w:line="246" w:lineRule="exact"/>
        <w:ind w:left="262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_____________________________________________________________________</w:t>
      </w:r>
      <w:r w:rsid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__________________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_________________, </w:t>
      </w:r>
    </w:p>
    <w:p w:rsidR="00A15B7D" w:rsidRPr="00064A60" w:rsidRDefault="009B72EC">
      <w:pPr>
        <w:autoSpaceDE w:val="0"/>
        <w:autoSpaceDN w:val="0"/>
        <w:spacing w:after="0" w:line="216" w:lineRule="exact"/>
        <w:ind w:left="262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__________________года рождения, в </w:t>
      </w:r>
      <w:r w:rsid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______класс МОБУ лицей с.Булгаково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</w:t>
      </w:r>
    </w:p>
    <w:p w:rsidR="00A15B7D" w:rsidRPr="00064A60" w:rsidRDefault="009B72EC">
      <w:pPr>
        <w:autoSpaceDE w:val="0"/>
        <w:autoSpaceDN w:val="0"/>
        <w:spacing w:after="0" w:line="152" w:lineRule="exact"/>
        <w:ind w:left="588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 (число, месяц, год) </w:t>
      </w:r>
    </w:p>
    <w:p w:rsidR="00A15B7D" w:rsidRPr="00064A60" w:rsidRDefault="009B72EC">
      <w:pPr>
        <w:autoSpaceDE w:val="0"/>
        <w:autoSpaceDN w:val="0"/>
        <w:spacing w:before="82" w:after="0" w:line="264" w:lineRule="exact"/>
        <w:ind w:left="262"/>
        <w:rPr>
          <w:lang w:val="ru-RU"/>
        </w:rPr>
      </w:pPr>
      <w:r w:rsidRPr="00064A60">
        <w:rPr>
          <w:rFonts w:ascii="Times New Roman,Bold" w:eastAsia="Times New Roman,Bold" w:hAnsi="Times New Roman,Bold"/>
          <w:b/>
          <w:color w:val="000009"/>
          <w:spacing w:val="-10"/>
          <w:sz w:val="20"/>
          <w:lang w:val="ru-RU"/>
        </w:rPr>
        <w:t xml:space="preserve">Дополнительные сведения </w:t>
      </w:r>
    </w:p>
    <w:p w:rsidR="00A15B7D" w:rsidRPr="00064A60" w:rsidRDefault="009B72EC">
      <w:pPr>
        <w:autoSpaceDE w:val="0"/>
        <w:autoSpaceDN w:val="0"/>
        <w:spacing w:after="0" w:line="212" w:lineRule="exact"/>
        <w:ind w:left="262" w:right="576"/>
        <w:rPr>
          <w:lang w:val="ru-RU"/>
        </w:rPr>
      </w:pPr>
      <w:r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Имею преимущественное право: да/нет </w:t>
      </w:r>
      <w:r w:rsidRPr="00064A60">
        <w:rPr>
          <w:lang w:val="ru-RU"/>
        </w:rPr>
        <w:br/>
      </w:r>
      <w:r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_______________________________________________________________________________________</w:t>
      </w:r>
      <w:r w:rsid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__________</w:t>
      </w:r>
      <w:r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______ </w:t>
      </w:r>
    </w:p>
    <w:p w:rsidR="00A15B7D" w:rsidRPr="00064A60" w:rsidRDefault="009B72EC">
      <w:pPr>
        <w:autoSpaceDE w:val="0"/>
        <w:autoSpaceDN w:val="0"/>
        <w:spacing w:after="0" w:line="152" w:lineRule="exact"/>
        <w:ind w:left="636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(Нужное подчеркнуть. Если «да» - указать ФИО (при наличии) братьев и (или) сестер, совместно проживающих с ребенком и посещающих Организацию) </w:t>
      </w:r>
    </w:p>
    <w:p w:rsidR="00A15B7D" w:rsidRPr="00064A60" w:rsidRDefault="009B72EC">
      <w:pPr>
        <w:autoSpaceDE w:val="0"/>
        <w:autoSpaceDN w:val="0"/>
        <w:spacing w:before="72" w:after="0" w:line="248" w:lineRule="exact"/>
        <w:ind w:left="262"/>
        <w:rPr>
          <w:lang w:val="ru-RU"/>
        </w:rPr>
      </w:pPr>
      <w:r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Имею внеочередное или первоочередное право на зачисление в Организацию: да/нет </w:t>
      </w:r>
    </w:p>
    <w:p w:rsidR="00A15B7D" w:rsidRPr="00064A60" w:rsidRDefault="009B72EC">
      <w:pPr>
        <w:autoSpaceDE w:val="0"/>
        <w:autoSpaceDN w:val="0"/>
        <w:spacing w:after="0" w:line="216" w:lineRule="exact"/>
        <w:ind w:left="262"/>
        <w:rPr>
          <w:lang w:val="ru-RU"/>
        </w:rPr>
      </w:pPr>
      <w:r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______________________________________________________________________________________</w:t>
      </w:r>
      <w:r w:rsid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__________</w:t>
      </w:r>
      <w:r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_______</w:t>
      </w:r>
    </w:p>
    <w:p w:rsidR="00A15B7D" w:rsidRPr="00064A60" w:rsidRDefault="009B72EC">
      <w:pPr>
        <w:autoSpaceDE w:val="0"/>
        <w:autoSpaceDN w:val="0"/>
        <w:spacing w:after="0" w:line="152" w:lineRule="exact"/>
        <w:ind w:left="1374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(Нужное подчеркнуть. Если «да» - указать основание подтверждающие внеочередное или первоочередное право на зачисление) </w:t>
      </w:r>
    </w:p>
    <w:p w:rsidR="00A15B7D" w:rsidRPr="00064A60" w:rsidRDefault="009B72EC">
      <w:pPr>
        <w:autoSpaceDE w:val="0"/>
        <w:autoSpaceDN w:val="0"/>
        <w:spacing w:before="100" w:after="0" w:line="224" w:lineRule="exact"/>
        <w:ind w:left="262" w:right="432" w:firstLine="708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На основании статьи 14 (ч.6) Федерального закона от 29.12.2012 № 273-ФЗ «Об образовании в Российской Федерации» прошу организовать для моего ребенка </w:t>
      </w:r>
      <w:r w:rsidRPr="00064A60">
        <w:rPr>
          <w:lang w:val="ru-RU"/>
        </w:rPr>
        <w:br/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___________________________________________________________________</w:t>
      </w:r>
      <w:r w:rsid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________________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___________________, </w:t>
      </w:r>
    </w:p>
    <w:p w:rsidR="00A15B7D" w:rsidRPr="00064A60" w:rsidRDefault="009B72EC">
      <w:pPr>
        <w:autoSpaceDE w:val="0"/>
        <w:autoSpaceDN w:val="0"/>
        <w:spacing w:after="0" w:line="150" w:lineRule="exact"/>
        <w:ind w:right="4286"/>
        <w:jc w:val="right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(фамилия, имя, отчество ребенка) </w:t>
      </w:r>
    </w:p>
    <w:p w:rsidR="00A15B7D" w:rsidRPr="00064A60" w:rsidRDefault="006A0B9A">
      <w:pPr>
        <w:autoSpaceDE w:val="0"/>
        <w:autoSpaceDN w:val="0"/>
        <w:spacing w:before="76" w:after="0" w:line="246" w:lineRule="exact"/>
        <w:ind w:left="262" w:right="3888"/>
        <w:rPr>
          <w:lang w:val="ru-RU"/>
        </w:rPr>
      </w:pP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поступающего в 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__________класс, </w:t>
      </w:r>
      <w:r w:rsidR="009B72EC" w:rsidRPr="00064A60">
        <w:rPr>
          <w:lang w:val="ru-RU"/>
        </w:rPr>
        <w:br/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обучение на____________________________________ языке/языках; </w:t>
      </w:r>
    </w:p>
    <w:p w:rsidR="00A15B7D" w:rsidRPr="00064A60" w:rsidRDefault="009B72EC">
      <w:pPr>
        <w:autoSpaceDE w:val="0"/>
        <w:autoSpaceDN w:val="0"/>
        <w:spacing w:after="0" w:line="210" w:lineRule="exact"/>
        <w:ind w:left="262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изучение родного_______________________________ языка и родной литературы (литературного чтения) на </w:t>
      </w:r>
    </w:p>
    <w:p w:rsidR="00A15B7D" w:rsidRPr="00064A60" w:rsidRDefault="009B72EC">
      <w:pPr>
        <w:autoSpaceDE w:val="0"/>
        <w:autoSpaceDN w:val="0"/>
        <w:spacing w:after="0" w:line="242" w:lineRule="exact"/>
        <w:ind w:left="262" w:right="2016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родном __________________________________языке; </w:t>
      </w:r>
      <w:r w:rsidRPr="00064A60">
        <w:rPr>
          <w:lang w:val="ru-RU"/>
        </w:rPr>
        <w:br/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башкирского языка как государственного Республики Башкортостан _____(указать да/нет) </w:t>
      </w:r>
    </w:p>
    <w:p w:rsidR="00A15B7D" w:rsidRPr="00064A60" w:rsidRDefault="009B72EC" w:rsidP="006A0B9A">
      <w:pPr>
        <w:autoSpaceDE w:val="0"/>
        <w:autoSpaceDN w:val="0"/>
        <w:spacing w:before="196" w:after="0" w:line="262" w:lineRule="exact"/>
        <w:ind w:left="262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Сведения о потребности ребенка или поступающего в обучении по адаптированной образовательной</w:t>
      </w:r>
      <w:r w:rsidR="006A0B9A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психолого-педагогической комиссии (при наличии) или инвалида (ребенка-инвалида)</w:t>
      </w:r>
      <w:r w:rsidR="006A0B9A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</w:t>
      </w:r>
      <w:r w:rsidR="006A0B9A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в 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соответствии с индивидуальной программой реабилитации; </w:t>
      </w:r>
      <w:r w:rsidRPr="00064A60">
        <w:rPr>
          <w:lang w:val="ru-RU"/>
        </w:rPr>
        <w:br/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________________________________________________________________________________________ </w:t>
      </w:r>
    </w:p>
    <w:p w:rsidR="00A15B7D" w:rsidRPr="00064A60" w:rsidRDefault="009B72EC">
      <w:pPr>
        <w:autoSpaceDE w:val="0"/>
        <w:autoSpaceDN w:val="0"/>
        <w:spacing w:after="0" w:line="150" w:lineRule="exact"/>
        <w:ind w:right="3858"/>
        <w:jc w:val="right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(указать номер заключения ПМПК, дату выдачи) </w:t>
      </w:r>
    </w:p>
    <w:p w:rsidR="00A15B7D" w:rsidRPr="00064A60" w:rsidRDefault="009B72EC" w:rsidP="006A0B9A">
      <w:pPr>
        <w:tabs>
          <w:tab w:val="left" w:pos="970"/>
        </w:tabs>
        <w:autoSpaceDE w:val="0"/>
        <w:autoSpaceDN w:val="0"/>
        <w:spacing w:before="108" w:after="0" w:line="220" w:lineRule="exact"/>
        <w:ind w:left="262" w:right="576"/>
        <w:jc w:val="both"/>
        <w:rPr>
          <w:lang w:val="ru-RU"/>
        </w:rPr>
      </w:pPr>
      <w:r w:rsidRPr="00064A60">
        <w:rPr>
          <w:lang w:val="ru-RU"/>
        </w:rPr>
        <w:tab/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</w:t>
      </w:r>
      <w:r w:rsidR="006A0B9A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образовательной 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программе)________(указать да/нет) </w:t>
      </w:r>
    </w:p>
    <w:p w:rsidR="00A15B7D" w:rsidRPr="00064A60" w:rsidRDefault="009B72EC">
      <w:pPr>
        <w:autoSpaceDE w:val="0"/>
        <w:autoSpaceDN w:val="0"/>
        <w:spacing w:after="6" w:line="220" w:lineRule="exact"/>
        <w:ind w:left="970"/>
        <w:rPr>
          <w:lang w:val="ru-RU"/>
        </w:rPr>
      </w:pPr>
      <w:r w:rsidRPr="00064A60">
        <w:rPr>
          <w:rFonts w:ascii="Times New Roman,Bold" w:eastAsia="Times New Roman,Bold" w:hAnsi="Times New Roman,Bold"/>
          <w:b/>
          <w:color w:val="000009"/>
          <w:spacing w:val="-10"/>
          <w:sz w:val="20"/>
          <w:lang w:val="ru-RU"/>
        </w:rPr>
        <w:t xml:space="preserve">С лицензией на осуществление образовательной деятельности, со свидетельством о </w:t>
      </w:r>
    </w:p>
    <w:tbl>
      <w:tblPr>
        <w:tblW w:w="0" w:type="auto"/>
        <w:tblInd w:w="120" w:type="dxa"/>
        <w:tblLayout w:type="fixed"/>
        <w:tblLook w:val="04A0" w:firstRow="1" w:lastRow="0" w:firstColumn="1" w:lastColumn="0" w:noHBand="0" w:noVBand="1"/>
      </w:tblPr>
      <w:tblGrid>
        <w:gridCol w:w="1800"/>
        <w:gridCol w:w="1600"/>
        <w:gridCol w:w="360"/>
        <w:gridCol w:w="980"/>
        <w:gridCol w:w="1800"/>
        <w:gridCol w:w="1460"/>
        <w:gridCol w:w="340"/>
        <w:gridCol w:w="1460"/>
      </w:tblGrid>
      <w:tr w:rsidR="00A15B7D">
        <w:trPr>
          <w:trHeight w:hRule="exact" w:val="230"/>
        </w:trPr>
        <w:tc>
          <w:tcPr>
            <w:tcW w:w="180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4" w:after="0" w:line="220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9"/>
                <w:spacing w:val="-10"/>
                <w:sz w:val="20"/>
              </w:rPr>
              <w:t xml:space="preserve">государственной </w:t>
            </w:r>
          </w:p>
        </w:tc>
        <w:tc>
          <w:tcPr>
            <w:tcW w:w="160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4" w:after="0" w:line="220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9"/>
                <w:spacing w:val="-10"/>
                <w:sz w:val="20"/>
              </w:rPr>
              <w:t xml:space="preserve">аккредитации, </w:t>
            </w: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4" w:after="0" w:line="220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9"/>
                <w:spacing w:val="-10"/>
                <w:sz w:val="20"/>
              </w:rPr>
              <w:t xml:space="preserve">с </w:t>
            </w:r>
          </w:p>
        </w:tc>
        <w:tc>
          <w:tcPr>
            <w:tcW w:w="98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4" w:after="0" w:line="220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9"/>
                <w:spacing w:val="-10"/>
                <w:sz w:val="20"/>
              </w:rPr>
              <w:t xml:space="preserve">уставом </w:t>
            </w:r>
          </w:p>
        </w:tc>
        <w:tc>
          <w:tcPr>
            <w:tcW w:w="180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4" w:after="0" w:line="220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9"/>
                <w:spacing w:val="-10"/>
                <w:sz w:val="20"/>
              </w:rPr>
              <w:t xml:space="preserve">образовательной </w:t>
            </w:r>
          </w:p>
        </w:tc>
        <w:tc>
          <w:tcPr>
            <w:tcW w:w="146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4" w:after="0" w:line="220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9"/>
                <w:spacing w:val="-10"/>
                <w:sz w:val="20"/>
              </w:rPr>
              <w:t xml:space="preserve">организации, </w:t>
            </w:r>
          </w:p>
        </w:tc>
        <w:tc>
          <w:tcPr>
            <w:tcW w:w="34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4" w:after="0" w:line="220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9"/>
                <w:spacing w:val="-10"/>
                <w:sz w:val="20"/>
              </w:rPr>
              <w:t xml:space="preserve">с </w:t>
            </w:r>
          </w:p>
        </w:tc>
        <w:tc>
          <w:tcPr>
            <w:tcW w:w="146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4" w:after="0" w:line="220" w:lineRule="exact"/>
              <w:ind w:left="122"/>
            </w:pPr>
            <w:r>
              <w:rPr>
                <w:rFonts w:ascii="Times New Roman,Bold" w:eastAsia="Times New Roman,Bold" w:hAnsi="Times New Roman,Bold"/>
                <w:b/>
                <w:color w:val="000009"/>
                <w:spacing w:val="-10"/>
                <w:sz w:val="20"/>
              </w:rPr>
              <w:t xml:space="preserve">основными </w:t>
            </w:r>
          </w:p>
        </w:tc>
      </w:tr>
    </w:tbl>
    <w:p w:rsidR="00A15B7D" w:rsidRPr="00064A60" w:rsidRDefault="009B72EC">
      <w:pPr>
        <w:autoSpaceDE w:val="0"/>
        <w:autoSpaceDN w:val="0"/>
        <w:spacing w:after="0" w:line="228" w:lineRule="exact"/>
        <w:ind w:left="262" w:right="432"/>
        <w:rPr>
          <w:lang w:val="ru-RU"/>
        </w:rPr>
      </w:pPr>
      <w:r w:rsidRPr="00064A60">
        <w:rPr>
          <w:rFonts w:ascii="Times New Roman,Bold" w:eastAsia="Times New Roman,Bold" w:hAnsi="Times New Roman,Bold"/>
          <w:b/>
          <w:color w:val="000009"/>
          <w:spacing w:val="-10"/>
          <w:sz w:val="20"/>
          <w:lang w:val="ru-RU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:rsidR="00A15B7D" w:rsidRPr="00064A60" w:rsidRDefault="009B72EC">
      <w:pPr>
        <w:autoSpaceDE w:val="0"/>
        <w:autoSpaceDN w:val="0"/>
        <w:spacing w:before="206" w:after="0" w:line="276" w:lineRule="exact"/>
        <w:ind w:left="262"/>
        <w:rPr>
          <w:lang w:val="ru-RU"/>
        </w:rPr>
      </w:pPr>
      <w:r w:rsidRPr="00064A60">
        <w:rPr>
          <w:rFonts w:ascii="Times New Roman,Bold" w:eastAsia="Times New Roman,Bold" w:hAnsi="Times New Roman,Bold"/>
          <w:b/>
          <w:color w:val="000009"/>
          <w:spacing w:val="-10"/>
          <w:sz w:val="20"/>
          <w:lang w:val="ru-RU"/>
        </w:rPr>
        <w:t xml:space="preserve">_____________                        ________________                                         ________________________________ </w:t>
      </w:r>
    </w:p>
    <w:p w:rsidR="00A15B7D" w:rsidRPr="00064A60" w:rsidRDefault="009B72EC">
      <w:pPr>
        <w:tabs>
          <w:tab w:val="left" w:pos="3420"/>
        </w:tabs>
        <w:autoSpaceDE w:val="0"/>
        <w:autoSpaceDN w:val="0"/>
        <w:spacing w:before="54" w:after="0" w:line="172" w:lineRule="exact"/>
        <w:ind w:left="718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 дата </w:t>
      </w:r>
      <w:r w:rsidR="006A0B9A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                                                                                 </w:t>
      </w:r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подпись                                                                                                    </w:t>
      </w:r>
      <w:r w:rsidR="006A0B9A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        </w:t>
      </w:r>
      <w:r w:rsidR="00F938C9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                   </w:t>
      </w:r>
      <w:r w:rsidR="006A0B9A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 </w:t>
      </w:r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расшифровка подписи </w:t>
      </w:r>
    </w:p>
    <w:p w:rsidR="00A15B7D" w:rsidRPr="00064A60" w:rsidRDefault="00A15B7D">
      <w:pPr>
        <w:rPr>
          <w:lang w:val="ru-RU"/>
        </w:rPr>
        <w:sectPr w:rsidR="00A15B7D" w:rsidRPr="00064A60">
          <w:pgSz w:w="11911" w:h="16841"/>
          <w:pgMar w:top="552" w:right="274" w:bottom="74" w:left="1440" w:header="720" w:footer="720" w:gutter="0"/>
          <w:cols w:space="720"/>
          <w:docGrid w:linePitch="360"/>
        </w:sectPr>
      </w:pPr>
    </w:p>
    <w:p w:rsidR="00A15B7D" w:rsidRPr="00064A60" w:rsidRDefault="00A15B7D">
      <w:pPr>
        <w:autoSpaceDE w:val="0"/>
        <w:autoSpaceDN w:val="0"/>
        <w:spacing w:after="348" w:line="220" w:lineRule="exact"/>
        <w:rPr>
          <w:lang w:val="ru-RU"/>
        </w:rPr>
      </w:pPr>
    </w:p>
    <w:p w:rsidR="00A15B7D" w:rsidRPr="00064A60" w:rsidRDefault="009B72EC" w:rsidP="006A0B9A">
      <w:pPr>
        <w:autoSpaceDE w:val="0"/>
        <w:autoSpaceDN w:val="0"/>
        <w:spacing w:after="0" w:line="210" w:lineRule="exact"/>
        <w:ind w:left="284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Настоящим заявление подтверждаю свое согласие на обработку моих персональных данных и</w:t>
      </w:r>
      <w:r w:rsidR="006A0B9A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  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персональных данных моего ребенка МОБУ </w:t>
      </w:r>
      <w:r w:rsidR="006A0B9A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лицей с.Булгаково</w:t>
      </w:r>
      <w:r w:rsidRPr="00064A60">
        <w:rPr>
          <w:lang w:val="ru-RU"/>
        </w:rPr>
        <w:br/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_______________________________________________________________________________________ </w:t>
      </w:r>
    </w:p>
    <w:p w:rsidR="00A15B7D" w:rsidRPr="00064A60" w:rsidRDefault="009B72EC">
      <w:pPr>
        <w:autoSpaceDE w:val="0"/>
        <w:autoSpaceDN w:val="0"/>
        <w:spacing w:after="0" w:line="152" w:lineRule="exact"/>
        <w:ind w:right="3746"/>
        <w:jc w:val="right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(Фамилия, Имя, Отчество ребенка) </w:t>
      </w:r>
    </w:p>
    <w:p w:rsidR="00A15B7D" w:rsidRPr="00064A60" w:rsidRDefault="009B72EC" w:rsidP="006A0B9A">
      <w:pPr>
        <w:autoSpaceDE w:val="0"/>
        <w:autoSpaceDN w:val="0"/>
        <w:spacing w:before="108" w:after="0" w:line="210" w:lineRule="exact"/>
        <w:ind w:left="262"/>
        <w:jc w:val="both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в объеме, указанном в заявлении и прилагаемых документах, с целью организации его обучения и </w:t>
      </w:r>
      <w:r w:rsidR="006A0B9A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воспитания при оказании муниципальных услуг, в порядке установленном законодательством Российской Федерации. Согласие может быть отозвано мной в письменной форме. </w:t>
      </w:r>
    </w:p>
    <w:p w:rsidR="00A15B7D" w:rsidRPr="00064A60" w:rsidRDefault="009B72EC">
      <w:pPr>
        <w:autoSpaceDE w:val="0"/>
        <w:autoSpaceDN w:val="0"/>
        <w:spacing w:before="208" w:after="0" w:line="234" w:lineRule="exact"/>
        <w:ind w:left="404" w:right="1584" w:hanging="142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К заявлению прилагается: </w:t>
      </w:r>
      <w:r w:rsidRPr="00064A60">
        <w:rPr>
          <w:lang w:val="ru-RU"/>
        </w:rPr>
        <w:br/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1._______________________________________________________________________; 2._______________________________________________________________________; 3._______________________________________________________________________; 4._______________________________________________________________________; 5._______________________________________________________________________; </w:t>
      </w:r>
    </w:p>
    <w:p w:rsidR="00A15B7D" w:rsidRPr="00064A60" w:rsidRDefault="009B72EC">
      <w:pPr>
        <w:autoSpaceDE w:val="0"/>
        <w:autoSpaceDN w:val="0"/>
        <w:spacing w:before="194" w:after="0" w:line="266" w:lineRule="exact"/>
        <w:ind w:left="262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______________                                    ______________                                    __________________________ </w:t>
      </w:r>
    </w:p>
    <w:p w:rsidR="00A15B7D" w:rsidRPr="00064A60" w:rsidRDefault="009B72EC">
      <w:pPr>
        <w:autoSpaceDE w:val="0"/>
        <w:autoSpaceDN w:val="0"/>
        <w:spacing w:before="70" w:after="0" w:line="174" w:lineRule="exact"/>
        <w:ind w:left="652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 Дата                                                                                   </w:t>
      </w:r>
      <w:r w:rsidR="006A0B9A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           </w:t>
      </w:r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  Подпись                                                                                   </w:t>
      </w:r>
      <w:r w:rsidR="006A0B9A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                                       </w:t>
      </w:r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   Расшифровка подписи </w:t>
      </w:r>
    </w:p>
    <w:p w:rsidR="00A15B7D" w:rsidRPr="00064A60" w:rsidRDefault="009B72EC" w:rsidP="006A0B9A">
      <w:pPr>
        <w:tabs>
          <w:tab w:val="left" w:pos="1378"/>
          <w:tab w:val="left" w:pos="3306"/>
          <w:tab w:val="left" w:pos="4790"/>
          <w:tab w:val="left" w:pos="5730"/>
          <w:tab w:val="left" w:pos="7610"/>
          <w:tab w:val="left" w:pos="8812"/>
        </w:tabs>
        <w:autoSpaceDE w:val="0"/>
        <w:autoSpaceDN w:val="0"/>
        <w:spacing w:before="142" w:after="0" w:line="254" w:lineRule="exact"/>
        <w:ind w:left="262"/>
        <w:jc w:val="both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Даю </w:t>
      </w:r>
      <w:r w:rsidRPr="00064A60">
        <w:rPr>
          <w:lang w:val="ru-RU"/>
        </w:rPr>
        <w:tab/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добровольное </w:t>
      </w:r>
      <w:r w:rsidRPr="00064A60">
        <w:rPr>
          <w:lang w:val="ru-RU"/>
        </w:rPr>
        <w:tab/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согласие </w:t>
      </w:r>
      <w:r w:rsidRPr="00064A60">
        <w:rPr>
          <w:lang w:val="ru-RU"/>
        </w:rPr>
        <w:tab/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на </w:t>
      </w:r>
      <w:r w:rsidRPr="00064A60">
        <w:rPr>
          <w:lang w:val="ru-RU"/>
        </w:rPr>
        <w:tab/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прохождение </w:t>
      </w:r>
      <w:r w:rsidRPr="00064A60">
        <w:rPr>
          <w:lang w:val="ru-RU"/>
        </w:rPr>
        <w:tab/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моим </w:t>
      </w:r>
      <w:r w:rsidRPr="00064A60">
        <w:rPr>
          <w:lang w:val="ru-RU"/>
        </w:rPr>
        <w:tab/>
      </w:r>
      <w:r w:rsidR="006A0B9A">
        <w:rPr>
          <w:lang w:val="ru-RU"/>
        </w:rPr>
        <w:t xml:space="preserve">   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ребенком ________________________________________________________________________________________, являющимся иностранным гражданином или лицом без гражданства,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образования. </w:t>
      </w:r>
    </w:p>
    <w:p w:rsidR="00A15B7D" w:rsidRPr="00064A60" w:rsidRDefault="009B72EC">
      <w:pPr>
        <w:autoSpaceDE w:val="0"/>
        <w:autoSpaceDN w:val="0"/>
        <w:spacing w:before="234" w:after="0" w:line="230" w:lineRule="exact"/>
        <w:ind w:left="3168" w:right="3024"/>
        <w:jc w:val="center"/>
        <w:rPr>
          <w:lang w:val="ru-RU"/>
        </w:rPr>
      </w:pPr>
      <w:r w:rsidRPr="00064A60">
        <w:rPr>
          <w:rFonts w:ascii="Times New Roman,Bold" w:eastAsia="Times New Roman,Bold" w:hAnsi="Times New Roman,Bold"/>
          <w:b/>
          <w:color w:val="000000"/>
          <w:spacing w:val="-10"/>
          <w:sz w:val="20"/>
          <w:lang w:val="ru-RU"/>
        </w:rPr>
        <w:t>СОГЛАСИЕ</w:t>
      </w:r>
      <w:r w:rsidRPr="00064A60">
        <w:rPr>
          <w:lang w:val="ru-RU"/>
        </w:rPr>
        <w:br/>
      </w:r>
      <w:r w:rsidRPr="00064A60">
        <w:rPr>
          <w:rFonts w:ascii="Times New Roman,Bold" w:eastAsia="Times New Roman,Bold" w:hAnsi="Times New Roman,Bold"/>
          <w:b/>
          <w:color w:val="000000"/>
          <w:spacing w:val="-10"/>
          <w:sz w:val="20"/>
          <w:lang w:val="ru-RU"/>
        </w:rPr>
        <w:t>на обработку персональных данных</w:t>
      </w:r>
    </w:p>
    <w:p w:rsidR="00A15B7D" w:rsidRPr="00064A60" w:rsidRDefault="00F938C9" w:rsidP="00F938C9">
      <w:pPr>
        <w:autoSpaceDE w:val="0"/>
        <w:autoSpaceDN w:val="0"/>
        <w:spacing w:before="254" w:after="0" w:line="262" w:lineRule="exact"/>
        <w:ind w:left="284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               Даю согласие МОБУ лицей с.Булгаково </w:t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на обработку моих персональных данных и персональных данных </w:t>
      </w:r>
      <w:r>
        <w:rPr>
          <w:lang w:val="ru-RU"/>
        </w:rPr>
        <w:t xml:space="preserve"> </w:t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моего ребенка _________________________________________________________________, свидетельство </w:t>
      </w:r>
      <w:r w:rsidR="009B72EC" w:rsidRPr="00064A60">
        <w:rPr>
          <w:lang w:val="ru-RU"/>
        </w:rPr>
        <w:tab/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о рождении: серия _______________________ в объеме, указанном в заявлении и прилагаемых документах, а также сведений, полученных в результате осуществления образовательного процесса, </w:t>
      </w:r>
      <w:r w:rsidR="009B72EC" w:rsidRPr="00064A60">
        <w:rPr>
          <w:rFonts w:ascii="Times New Roman,Bold" w:eastAsia="Times New Roman,Bold" w:hAnsi="Times New Roman,Bold"/>
          <w:b/>
          <w:color w:val="000000"/>
          <w:spacing w:val="-10"/>
          <w:sz w:val="20"/>
          <w:lang w:val="ru-RU"/>
        </w:rPr>
        <w:t>с целью</w:t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 организации его обучения и воспитания при реализации образовательных программ начального общего и основного общего образования. </w:t>
      </w:r>
    </w:p>
    <w:p w:rsidR="00A15B7D" w:rsidRPr="00064A60" w:rsidRDefault="009B72EC" w:rsidP="00F938C9">
      <w:pPr>
        <w:autoSpaceDE w:val="0"/>
        <w:autoSpaceDN w:val="0"/>
        <w:spacing w:before="276" w:after="0" w:line="220" w:lineRule="exact"/>
        <w:ind w:left="262" w:firstLine="708"/>
        <w:jc w:val="both"/>
        <w:rPr>
          <w:lang w:val="ru-RU"/>
        </w:rPr>
      </w:pPr>
      <w:r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 </w:t>
      </w:r>
    </w:p>
    <w:p w:rsidR="00A15B7D" w:rsidRPr="00064A60" w:rsidRDefault="00F938C9" w:rsidP="00F938C9">
      <w:pPr>
        <w:autoSpaceDE w:val="0"/>
        <w:autoSpaceDN w:val="0"/>
        <w:spacing w:before="274" w:after="0" w:line="212" w:lineRule="exact"/>
        <w:ind w:left="284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                </w:t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Подтверждаю, что ознакомлен</w:t>
      </w:r>
      <w:r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(-</w:t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а</w:t>
      </w:r>
      <w:r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)</w:t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 с</w:t>
      </w:r>
      <w:r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 документами МОБУ лицей с.Булгаково</w:t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 устанавливающими </w:t>
      </w:r>
      <w:r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 </w:t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порядок обработки персональных данных, а также с моими правами и обязанностями. </w:t>
      </w:r>
    </w:p>
    <w:p w:rsidR="00A15B7D" w:rsidRPr="00064A60" w:rsidRDefault="00F938C9" w:rsidP="00F938C9">
      <w:pPr>
        <w:autoSpaceDE w:val="0"/>
        <w:autoSpaceDN w:val="0"/>
        <w:spacing w:before="278" w:after="0" w:line="210" w:lineRule="exact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                      </w:t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Предупрежден(а), что согласие на обработку персональных данных может быть отозвано мною путе</w:t>
      </w:r>
      <w:r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м направления МОБУ лицей с.Булгаково </w:t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 письменного отзыва. </w:t>
      </w:r>
    </w:p>
    <w:tbl>
      <w:tblPr>
        <w:tblW w:w="0" w:type="auto"/>
        <w:tblInd w:w="120" w:type="dxa"/>
        <w:tblLayout w:type="fixed"/>
        <w:tblLook w:val="04A0" w:firstRow="1" w:lastRow="0" w:firstColumn="1" w:lastColumn="0" w:noHBand="0" w:noVBand="1"/>
      </w:tblPr>
      <w:tblGrid>
        <w:gridCol w:w="1260"/>
        <w:gridCol w:w="1100"/>
        <w:gridCol w:w="1200"/>
        <w:gridCol w:w="540"/>
        <w:gridCol w:w="640"/>
        <w:gridCol w:w="640"/>
        <w:gridCol w:w="1340"/>
        <w:gridCol w:w="560"/>
        <w:gridCol w:w="1080"/>
        <w:gridCol w:w="1200"/>
      </w:tblGrid>
      <w:tr w:rsidR="00A15B7D">
        <w:trPr>
          <w:trHeight w:hRule="exact" w:val="284"/>
        </w:trPr>
        <w:tc>
          <w:tcPr>
            <w:tcW w:w="126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60" w:after="0" w:line="220" w:lineRule="exact"/>
              <w:jc w:val="center"/>
            </w:pPr>
            <w:r>
              <w:rPr>
                <w:rFonts w:ascii="Times New Roman" w:eastAsia="Times New Roman" w:hAnsi="Times New Roman"/>
                <w:color w:val="000000"/>
                <w:spacing w:val="-10"/>
                <w:sz w:val="20"/>
              </w:rPr>
              <w:t xml:space="preserve">Настоящее </w:t>
            </w:r>
          </w:p>
        </w:tc>
        <w:tc>
          <w:tcPr>
            <w:tcW w:w="110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60" w:after="0" w:line="220" w:lineRule="exact"/>
              <w:jc w:val="center"/>
            </w:pPr>
            <w:r>
              <w:rPr>
                <w:rFonts w:ascii="Times New Roman" w:eastAsia="Times New Roman" w:hAnsi="Times New Roman"/>
                <w:color w:val="000000"/>
                <w:spacing w:val="-10"/>
                <w:sz w:val="20"/>
              </w:rPr>
              <w:t xml:space="preserve">согласие </w:t>
            </w:r>
          </w:p>
        </w:tc>
        <w:tc>
          <w:tcPr>
            <w:tcW w:w="120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60" w:after="0" w:line="220" w:lineRule="exact"/>
              <w:jc w:val="center"/>
            </w:pPr>
            <w:r>
              <w:rPr>
                <w:rFonts w:ascii="Times New Roman" w:eastAsia="Times New Roman" w:hAnsi="Times New Roman"/>
                <w:color w:val="000000"/>
                <w:spacing w:val="-10"/>
                <w:sz w:val="20"/>
              </w:rPr>
              <w:t xml:space="preserve">действует 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60" w:after="0" w:line="220" w:lineRule="exact"/>
              <w:jc w:val="center"/>
            </w:pPr>
            <w:r>
              <w:rPr>
                <w:rFonts w:ascii="Times New Roman" w:eastAsia="Times New Roman" w:hAnsi="Times New Roman"/>
                <w:color w:val="000000"/>
                <w:spacing w:val="-10"/>
                <w:sz w:val="20"/>
              </w:rPr>
              <w:t xml:space="preserve">со </w:t>
            </w:r>
          </w:p>
        </w:tc>
        <w:tc>
          <w:tcPr>
            <w:tcW w:w="64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60" w:after="0" w:line="220" w:lineRule="exact"/>
              <w:jc w:val="center"/>
            </w:pPr>
            <w:r>
              <w:rPr>
                <w:rFonts w:ascii="Times New Roman" w:eastAsia="Times New Roman" w:hAnsi="Times New Roman"/>
                <w:color w:val="000000"/>
                <w:spacing w:val="-10"/>
                <w:sz w:val="20"/>
              </w:rPr>
              <w:t xml:space="preserve">дня </w:t>
            </w:r>
          </w:p>
        </w:tc>
        <w:tc>
          <w:tcPr>
            <w:tcW w:w="64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60" w:after="0" w:line="220" w:lineRule="exact"/>
              <w:jc w:val="center"/>
            </w:pPr>
            <w:r>
              <w:rPr>
                <w:rFonts w:ascii="Times New Roman" w:eastAsia="Times New Roman" w:hAnsi="Times New Roman"/>
                <w:color w:val="000000"/>
                <w:spacing w:val="-10"/>
                <w:sz w:val="20"/>
              </w:rPr>
              <w:t xml:space="preserve">его </w:t>
            </w: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60" w:after="0" w:line="220" w:lineRule="exact"/>
              <w:jc w:val="center"/>
            </w:pPr>
            <w:r>
              <w:rPr>
                <w:rFonts w:ascii="Times New Roman" w:eastAsia="Times New Roman" w:hAnsi="Times New Roman"/>
                <w:color w:val="000000"/>
                <w:spacing w:val="-10"/>
                <w:sz w:val="20"/>
              </w:rPr>
              <w:t xml:space="preserve">подписания </w:t>
            </w:r>
          </w:p>
        </w:tc>
        <w:tc>
          <w:tcPr>
            <w:tcW w:w="56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60" w:after="0" w:line="220" w:lineRule="exact"/>
              <w:jc w:val="center"/>
            </w:pPr>
            <w:r>
              <w:rPr>
                <w:rFonts w:ascii="Times New Roman" w:eastAsia="Times New Roman" w:hAnsi="Times New Roman"/>
                <w:color w:val="000000"/>
                <w:spacing w:val="-10"/>
                <w:sz w:val="20"/>
              </w:rPr>
              <w:t xml:space="preserve">до 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60" w:after="0" w:line="220" w:lineRule="exact"/>
              <w:jc w:val="center"/>
            </w:pPr>
            <w:r>
              <w:rPr>
                <w:rFonts w:ascii="Times New Roman" w:eastAsia="Times New Roman" w:hAnsi="Times New Roman"/>
                <w:color w:val="000000"/>
                <w:spacing w:val="-10"/>
                <w:sz w:val="20"/>
              </w:rPr>
              <w:t xml:space="preserve">момента </w:t>
            </w:r>
          </w:p>
        </w:tc>
        <w:tc>
          <w:tcPr>
            <w:tcW w:w="120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60" w:after="0" w:line="220" w:lineRule="exact"/>
              <w:ind w:left="160"/>
            </w:pPr>
            <w:r>
              <w:rPr>
                <w:rFonts w:ascii="Times New Roman" w:eastAsia="Times New Roman" w:hAnsi="Times New Roman"/>
                <w:color w:val="000000"/>
                <w:spacing w:val="-10"/>
                <w:sz w:val="20"/>
              </w:rPr>
              <w:t xml:space="preserve">отчисления </w:t>
            </w:r>
          </w:p>
        </w:tc>
      </w:tr>
    </w:tbl>
    <w:p w:rsidR="00A15B7D" w:rsidRPr="00064A60" w:rsidRDefault="009B72EC">
      <w:pPr>
        <w:autoSpaceDE w:val="0"/>
        <w:autoSpaceDN w:val="0"/>
        <w:spacing w:before="6" w:after="0" w:line="222" w:lineRule="exact"/>
        <w:ind w:left="262"/>
        <w:rPr>
          <w:lang w:val="ru-RU"/>
        </w:rPr>
      </w:pPr>
      <w:r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___________________________________ из МОБ</w:t>
      </w:r>
      <w:r w:rsidR="00F938C9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У лицей с.Булгаково</w:t>
      </w:r>
    </w:p>
    <w:sectPr w:rsidR="00A15B7D" w:rsidRPr="00064A60" w:rsidSect="00034616">
      <w:pgSz w:w="11911" w:h="16841"/>
      <w:pgMar w:top="568" w:right="778" w:bottom="46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4A60"/>
    <w:rsid w:val="0015074B"/>
    <w:rsid w:val="0029639D"/>
    <w:rsid w:val="002C7A3C"/>
    <w:rsid w:val="00326F90"/>
    <w:rsid w:val="006A0B9A"/>
    <w:rsid w:val="008E1F06"/>
    <w:rsid w:val="009B72EC"/>
    <w:rsid w:val="00A15B7D"/>
    <w:rsid w:val="00AA1D8D"/>
    <w:rsid w:val="00B47730"/>
    <w:rsid w:val="00CB0664"/>
    <w:rsid w:val="00E91601"/>
    <w:rsid w:val="00F938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B90D781-4E75-4DA0-B56D-6187F9C9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2DBA43-F322-4F8D-9B04-1584B18E5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1107</Words>
  <Characters>6316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7409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Алина</cp:lastModifiedBy>
  <cp:revision>2</cp:revision>
  <cp:lastPrinted>2025-03-24T10:04:00Z</cp:lastPrinted>
  <dcterms:created xsi:type="dcterms:W3CDTF">2026-03-20T14:09:00Z</dcterms:created>
  <dcterms:modified xsi:type="dcterms:W3CDTF">2026-03-20T14:09:00Z</dcterms:modified>
</cp:coreProperties>
</file>